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13098" w14:textId="77777777" w:rsidR="00CC42A8" w:rsidRDefault="00BB0126">
      <w:pPr>
        <w:pStyle w:val="Heading1"/>
      </w:pPr>
      <w:r>
        <w:t>Back to the Box</w:t>
      </w:r>
    </w:p>
    <w:p w14:paraId="46C22178" w14:textId="77777777" w:rsidR="00CC42A8" w:rsidRDefault="00BB0126">
      <w:r>
        <w:t>Every night your lost pieces try to climb back to their boxes. Can they make it back before the evil vacuum (or toddler) gets them in the morning?</w:t>
      </w:r>
    </w:p>
    <w:p w14:paraId="208AC1F3" w14:textId="77777777" w:rsidR="00CC42A8" w:rsidRDefault="00BB0126">
      <w:r>
        <w:t>2–4 players · 10–15 minutes · Prototype rules</w:t>
      </w:r>
    </w:p>
    <w:p w14:paraId="063F5A74" w14:textId="77777777" w:rsidR="00CC42A8" w:rsidRDefault="00BB0126">
      <w:pPr>
        <w:pStyle w:val="Heading2"/>
      </w:pPr>
      <w:r>
        <w:t>What's in the box</w:t>
      </w:r>
    </w:p>
    <w:p w14:paraId="477DB915" w14:textId="30C4053F" w:rsidR="00CC42A8" w:rsidRDefault="00BB0126">
      <w:pPr>
        <w:pStyle w:val="ListBullet"/>
      </w:pPr>
      <w:r>
        <w:t xml:space="preserve">44 component cards, each </w:t>
      </w:r>
      <w:proofErr w:type="gramStart"/>
      <w:r>
        <w:t>naming</w:t>
      </w:r>
      <w:proofErr w:type="gramEnd"/>
      <w:r>
        <w:t xml:space="preserve"> one real game piece</w:t>
      </w:r>
    </w:p>
    <w:p w14:paraId="3D322329" w14:textId="6B0A016C" w:rsidR="00CC42A8" w:rsidRDefault="00BB0126">
      <w:pPr>
        <w:pStyle w:val="ListBullet"/>
      </w:pPr>
      <w:r>
        <w:t>44 components, one matching each card</w:t>
      </w:r>
    </w:p>
    <w:p w14:paraId="477BAF24" w14:textId="77777777" w:rsidR="00CC42A8" w:rsidRDefault="00BB0126">
      <w:pPr>
        <w:pStyle w:val="ListBullet"/>
      </w:pPr>
      <w:r>
        <w:t>1 board — a shallow dome that rocks on its curved side</w:t>
      </w:r>
    </w:p>
    <w:p w14:paraId="2631A31B" w14:textId="77777777" w:rsidR="00CC42A8" w:rsidRDefault="00BB0126">
      <w:pPr>
        <w:pStyle w:val="Heading2"/>
      </w:pPr>
      <w:r>
        <w:t>Setup</w:t>
      </w:r>
    </w:p>
    <w:p w14:paraId="594B1681" w14:textId="77777777" w:rsidR="00CC42A8" w:rsidRDefault="00BB0126">
      <w:pPr>
        <w:pStyle w:val="ListBullet"/>
      </w:pPr>
      <w:r>
        <w:t>Put the board in the middle of the table, flat side up, so it rests on its curve and tilts freely.</w:t>
      </w:r>
    </w:p>
    <w:p w14:paraId="30AB2895" w14:textId="79E58DA2" w:rsidR="00CC42A8" w:rsidRDefault="00BB0126">
      <w:pPr>
        <w:pStyle w:val="ListBullet"/>
      </w:pPr>
      <w:r>
        <w:t>Gather all 44 components in a supply to one side, within reach of everyone.</w:t>
      </w:r>
    </w:p>
    <w:p w14:paraId="3140AE2D" w14:textId="77777777" w:rsidR="00CC42A8" w:rsidRDefault="00BB0126">
      <w:pPr>
        <w:pStyle w:val="ListBullet"/>
      </w:pPr>
      <w:r>
        <w:t>Shuffle the cards and deal 2 to each player. Put the rest face down in a deck within everyone's reach.</w:t>
      </w:r>
    </w:p>
    <w:p w14:paraId="1966CA38" w14:textId="77777777" w:rsidR="00CC42A8" w:rsidRDefault="00BB0126">
      <w:pPr>
        <w:pStyle w:val="ListBullet"/>
      </w:pPr>
      <w:r>
        <w:t>Turn the top 3 cards of the deck face up in a row beside it. This is the market.</w:t>
      </w:r>
    </w:p>
    <w:p w14:paraId="17687FF7" w14:textId="77777777" w:rsidR="00CC42A8" w:rsidRDefault="00BB0126">
      <w:pPr>
        <w:pStyle w:val="ListBullet"/>
      </w:pPr>
      <w:r>
        <w:t>Choose a starting player.</w:t>
      </w:r>
    </w:p>
    <w:p w14:paraId="1F01F45C" w14:textId="77777777" w:rsidR="00CC42A8" w:rsidRDefault="00BB0126">
      <w:pPr>
        <w:pStyle w:val="Heading2"/>
      </w:pPr>
      <w:r>
        <w:t>On your turn</w:t>
      </w:r>
    </w:p>
    <w:p w14:paraId="38EB5D54" w14:textId="185C6D82" w:rsidR="00CC42A8" w:rsidRDefault="00BB0126">
      <w:r>
        <w:t>Beginning with the starting player and continuing clockwise, take one turn each. On your turn, do one of t</w:t>
      </w:r>
      <w:r w:rsidR="007A5C3E">
        <w:t>wo</w:t>
      </w:r>
      <w:r>
        <w:t xml:space="preserve"> things.</w:t>
      </w:r>
    </w:p>
    <w:p w14:paraId="38683D67" w14:textId="77777777" w:rsidR="00CC42A8" w:rsidRDefault="00BB0126">
      <w:pPr>
        <w:pStyle w:val="Heading3"/>
      </w:pPr>
      <w:r>
        <w:t>Draw a card</w:t>
      </w:r>
    </w:p>
    <w:p w14:paraId="120862C0" w14:textId="0B3BB156" w:rsidR="00CC42A8" w:rsidRDefault="00BB0126">
      <w:r>
        <w:t xml:space="preserve">Take one of the 3 face-up market cards into your hand, and </w:t>
      </w:r>
      <w:r w:rsidR="007A5C3E">
        <w:t>re</w:t>
      </w:r>
      <w:r>
        <w:t>fill with the top card of the deck.</w:t>
      </w:r>
    </w:p>
    <w:p w14:paraId="66C11A6B" w14:textId="64788D95" w:rsidR="00CC42A8" w:rsidRDefault="00BB0126">
      <w:r>
        <w:t xml:space="preserve">Your hand limit is 4. With 4 cards in </w:t>
      </w:r>
      <w:proofErr w:type="gramStart"/>
      <w:r>
        <w:t>hand</w:t>
      </w:r>
      <w:proofErr w:type="gramEnd"/>
      <w:r>
        <w:t xml:space="preserve"> you can't draw, so </w:t>
      </w:r>
      <w:r w:rsidR="00922448">
        <w:t xml:space="preserve">you must </w:t>
      </w:r>
      <w:r>
        <w:t>play</w:t>
      </w:r>
      <w:r w:rsidR="00922448">
        <w:t xml:space="preserve"> and if you don’t have any cards in </w:t>
      </w:r>
      <w:proofErr w:type="gramStart"/>
      <w:r w:rsidR="00922448">
        <w:t>hand</w:t>
      </w:r>
      <w:proofErr w:type="gramEnd"/>
      <w:r w:rsidR="00922448">
        <w:t xml:space="preserve"> you must draw one.</w:t>
      </w:r>
    </w:p>
    <w:p w14:paraId="191F5D54" w14:textId="77777777" w:rsidR="00CC42A8" w:rsidRDefault="00BB0126">
      <w:pPr>
        <w:pStyle w:val="Heading3"/>
      </w:pPr>
      <w:r>
        <w:t>Play a card</w:t>
      </w:r>
    </w:p>
    <w:p w14:paraId="634C2CEA" w14:textId="77777777" w:rsidR="00CC42A8" w:rsidRDefault="00BB0126">
      <w:pPr>
        <w:pStyle w:val="ListBullet"/>
      </w:pPr>
      <w:r>
        <w:t>Choose one of the cards in your hand and reveal it.</w:t>
      </w:r>
    </w:p>
    <w:p w14:paraId="7C63FF32" w14:textId="77777777" w:rsidR="00CC42A8" w:rsidRDefault="00BB0126">
      <w:pPr>
        <w:pStyle w:val="ListBullet"/>
      </w:pPr>
      <w:r>
        <w:t>Announce the level you are attempting — blue, green, orange or yellow. You are locked in before you touch anything.</w:t>
      </w:r>
    </w:p>
    <w:p w14:paraId="23421A7A" w14:textId="77777777" w:rsidR="00CC42A8" w:rsidRDefault="00BB0126">
      <w:pPr>
        <w:pStyle w:val="ListBullet"/>
      </w:pPr>
      <w:r>
        <w:t>Take the matching component from the supply.</w:t>
      </w:r>
    </w:p>
    <w:p w14:paraId="39FE70CB" w14:textId="77777777" w:rsidR="00CC42A8" w:rsidRDefault="00BB0126">
      <w:pPr>
        <w:pStyle w:val="ListBullet"/>
      </w:pPr>
      <w:r>
        <w:t>Place it on the board.</w:t>
      </w:r>
    </w:p>
    <w:p w14:paraId="50FD48C5" w14:textId="2A917A20" w:rsidR="00CC42A8" w:rsidRDefault="00BB0126">
      <w:r>
        <w:t>Then either you scored it or you knocked something off. Either way, your turn ends and play passes clockwise.</w:t>
      </w:r>
    </w:p>
    <w:p w14:paraId="1FDD8CE1" w14:textId="5920E884" w:rsidR="00CC42A8" w:rsidRDefault="00BB0126">
      <w:r>
        <w:t xml:space="preserve">Once the deck is empty, </w:t>
      </w:r>
      <w:proofErr w:type="gramStart"/>
      <w:r>
        <w:t>a market</w:t>
      </w:r>
      <w:proofErr w:type="gramEnd"/>
      <w:r>
        <w:t xml:space="preserve"> card you take is not replaced. When the deck and the market are both gone, keep playing from your hand — and if your hand is empty as well, you</w:t>
      </w:r>
      <w:r w:rsidR="00922448">
        <w:t>’re done for the game</w:t>
      </w:r>
      <w:r>
        <w:t>.</w:t>
      </w:r>
    </w:p>
    <w:p w14:paraId="11724904" w14:textId="77777777" w:rsidR="00CC42A8" w:rsidRDefault="00BB0126">
      <w:pPr>
        <w:pStyle w:val="Heading2"/>
      </w:pPr>
      <w:r>
        <w:lastRenderedPageBreak/>
        <w:t>Knocking pieces off</w:t>
      </w:r>
    </w:p>
    <w:p w14:paraId="6867D78C" w14:textId="77777777" w:rsidR="00CC42A8" w:rsidRDefault="00BB0126">
      <w:r>
        <w:t>Anything that leaves the board is off — it goes back to the supply and it stays there. Nothing is ever put back on.</w:t>
      </w:r>
    </w:p>
    <w:tbl>
      <w:tblPr>
        <w:tblStyle w:val="TableGrid"/>
        <w:tblW w:w="0" w:type="auto"/>
        <w:tblLook w:val="04A0" w:firstRow="1" w:lastRow="0" w:firstColumn="1" w:lastColumn="0" w:noHBand="0" w:noVBand="1"/>
      </w:tblPr>
      <w:tblGrid>
        <w:gridCol w:w="4320"/>
        <w:gridCol w:w="4320"/>
      </w:tblGrid>
      <w:tr w:rsidR="00CC42A8" w14:paraId="22BBC475" w14:textId="77777777">
        <w:tc>
          <w:tcPr>
            <w:tcW w:w="4320" w:type="dxa"/>
          </w:tcPr>
          <w:p w14:paraId="72C4FF6E" w14:textId="77777777" w:rsidR="00CC42A8" w:rsidRDefault="00BB0126">
            <w:r>
              <w:t>When it happens</w:t>
            </w:r>
          </w:p>
        </w:tc>
        <w:tc>
          <w:tcPr>
            <w:tcW w:w="4320" w:type="dxa"/>
          </w:tcPr>
          <w:p w14:paraId="0A881C8B" w14:textId="77777777" w:rsidR="00CC42A8" w:rsidRDefault="00BB0126">
            <w:r>
              <w:t>What you do</w:t>
            </w:r>
          </w:p>
        </w:tc>
      </w:tr>
      <w:tr w:rsidR="00CC42A8" w14:paraId="00423414" w14:textId="77777777">
        <w:tc>
          <w:tcPr>
            <w:tcW w:w="4320" w:type="dxa"/>
          </w:tcPr>
          <w:p w14:paraId="186C8CAE" w14:textId="77777777" w:rsidR="00CC42A8" w:rsidRDefault="00BB0126">
            <w:r>
              <w:t>Before you place — you disturb the board while reaching, steadying or positioning</w:t>
            </w:r>
          </w:p>
        </w:tc>
        <w:tc>
          <w:tcPr>
            <w:tcW w:w="4320" w:type="dxa"/>
          </w:tcPr>
          <w:p w14:paraId="175DB054" w14:textId="77777777" w:rsidR="00CC42A8" w:rsidRDefault="00BB0126">
            <w:r>
              <w:t>Return the fallen pieces and your own component to the supply.</w:t>
            </w:r>
          </w:p>
        </w:tc>
      </w:tr>
      <w:tr w:rsidR="00CC42A8" w14:paraId="44941BEB" w14:textId="77777777">
        <w:tc>
          <w:tcPr>
            <w:tcW w:w="4320" w:type="dxa"/>
          </w:tcPr>
          <w:p w14:paraId="06D4812A" w14:textId="77777777" w:rsidR="00CC42A8" w:rsidRDefault="00BB0126">
            <w:r>
              <w:t>While you place — the piece lands, but something else falls</w:t>
            </w:r>
          </w:p>
        </w:tc>
        <w:tc>
          <w:tcPr>
            <w:tcW w:w="4320" w:type="dxa"/>
          </w:tcPr>
          <w:p w14:paraId="216BEDF2" w14:textId="77777777" w:rsidR="00CC42A8" w:rsidRDefault="00BB0126">
            <w:r>
              <w:t>Return the fallen pieces to the supply. Your piece stays where it landed — taking it back would only disturb the board further.</w:t>
            </w:r>
          </w:p>
        </w:tc>
      </w:tr>
    </w:tbl>
    <w:p w14:paraId="00FFEE1D" w14:textId="77777777" w:rsidR="00CC42A8" w:rsidRDefault="00BB0126">
      <w:r>
        <w:t>Either way the card you revealed goes onto your penalty pile rather than your scored fan, turned to the level you announced — not wherever the piece ended up. Its number counts against you. Your turn ends and play passes clockwise.</w:t>
      </w:r>
    </w:p>
    <w:p w14:paraId="45949FED" w14:textId="77777777" w:rsidR="00CC42A8" w:rsidRDefault="00BB0126">
      <w:pPr>
        <w:pStyle w:val="Heading2"/>
      </w:pPr>
      <w:r>
        <w:t>Scoring a placement</w:t>
      </w:r>
    </w:p>
    <w:p w14:paraId="71C82AD3" w14:textId="77777777" w:rsidR="00CC42A8" w:rsidRDefault="00BB0126">
      <w:r>
        <w:t>If nothing falls, you score the piece you just placed. Which number you score depends on how many pieces are underneath it once it settles, counting the shortest path down to the board.</w:t>
      </w:r>
    </w:p>
    <w:p w14:paraId="271FD7CA" w14:textId="77777777" w:rsidR="00CC42A8" w:rsidRDefault="00BB0126">
      <w:r>
        <w:t>If your piece rests on more than one piece, follow whichever route reaches the board through the fewest pieces. Resting on one piece that touches the board and another that sits on a stack of two counts as one below: green.</w:t>
      </w:r>
    </w:p>
    <w:p w14:paraId="0BA63308" w14:textId="77777777" w:rsidR="00CC42A8" w:rsidRDefault="00BB0126">
      <w:r>
        <w:t>That is where the piece ends up, not what you announced. If it slides down to a lower level and nothing leaves the board, you still score it — at the level it settled on.</w:t>
      </w:r>
    </w:p>
    <w:p w14:paraId="02007ACC" w14:textId="77777777" w:rsidR="00CC42A8" w:rsidRDefault="00BB0126">
      <w:r>
        <w:t>Blue — resting on the board. Nothing underneath it.</w:t>
      </w:r>
    </w:p>
    <w:p w14:paraId="6773A31F" w14:textId="77777777" w:rsidR="00CC42A8" w:rsidRDefault="00BB0126">
      <w:r>
        <w:t>Green — one piece underneath. The piece below you is touching the board.</w:t>
      </w:r>
    </w:p>
    <w:p w14:paraId="5A45D340" w14:textId="77777777" w:rsidR="00CC42A8" w:rsidRDefault="00BB0126">
      <w:r>
        <w:t>Orange — two pieces underneath. A stack of two below you.</w:t>
      </w:r>
    </w:p>
    <w:p w14:paraId="43C619D0" w14:textId="77777777" w:rsidR="00CC42A8" w:rsidRDefault="00BB0126">
      <w:r>
        <w:t>Yellow — three or more underneath. The top of the pile. Worth the most, and the hardest to reach.</w:t>
      </w:r>
    </w:p>
    <w:p w14:paraId="20A2F56B" w14:textId="77777777" w:rsidR="00CC42A8" w:rsidRDefault="00BB0126">
      <w:r>
        <w:t>Every card carries all four numbers, one on each edge. Read the one on the color you earned.</w:t>
      </w:r>
    </w:p>
    <w:p w14:paraId="26ADE0B7" w14:textId="77777777" w:rsidR="00CC42A8" w:rsidRDefault="00BB0126">
      <w:pPr>
        <w:pStyle w:val="Heading3"/>
      </w:pPr>
      <w:r>
        <w:t>Reading a card</w:t>
      </w:r>
    </w:p>
    <w:p w14:paraId="4D432925" w14:textId="235B741F" w:rsidR="00CC42A8" w:rsidRDefault="00BB0126">
      <w:pPr>
        <w:pStyle w:val="ListBullet"/>
      </w:pPr>
      <w:r>
        <w:t>Blue edge — resting on the board. The Adventurer scores 1.</w:t>
      </w:r>
    </w:p>
    <w:p w14:paraId="248E561F" w14:textId="06829F35" w:rsidR="00CC42A8" w:rsidRDefault="00BB0126">
      <w:pPr>
        <w:pStyle w:val="ListBullet"/>
      </w:pPr>
      <w:r>
        <w:t>Green edge — one piece underneath. The Adventurer scores 2.</w:t>
      </w:r>
    </w:p>
    <w:p w14:paraId="038AA966" w14:textId="5C2274D7" w:rsidR="00CC42A8" w:rsidRDefault="00BB0126">
      <w:pPr>
        <w:pStyle w:val="ListBullet"/>
      </w:pPr>
      <w:r>
        <w:t>Orange edge — two pieces underneath. The Adventurer scores 3.</w:t>
      </w:r>
    </w:p>
    <w:p w14:paraId="79916220" w14:textId="30E94BFA" w:rsidR="00CC42A8" w:rsidRDefault="00BB0126">
      <w:pPr>
        <w:pStyle w:val="ListBullet"/>
      </w:pPr>
      <w:r>
        <w:t>Yellow edge — three or more underneath. The Adventurer scores 4.</w:t>
      </w:r>
    </w:p>
    <w:p w14:paraId="596E6F0B" w14:textId="01147091" w:rsidR="00CC42A8" w:rsidRDefault="00BB0126">
      <w:pPr>
        <w:pStyle w:val="ListBullet"/>
      </w:pPr>
      <w:r>
        <w:t>Dots — every edge repeats its level as one to four dots, so the card reads correctly without relying on color.</w:t>
      </w:r>
    </w:p>
    <w:p w14:paraId="7CA6D7ED" w14:textId="77777777" w:rsidR="00CC42A8" w:rsidRDefault="00BB0126">
      <w:r>
        <w:t>The middle of the card shows the piece to take from the supply and, in small print, the game it comes from. Each number is printed to read the right way up when its own edge is at the top.</w:t>
      </w:r>
    </w:p>
    <w:p w14:paraId="27B6A49F" w14:textId="77777777" w:rsidR="00CC42A8" w:rsidRDefault="00BB0126">
      <w:r>
        <w:lastRenderedPageBreak/>
        <w:t>Pieces are not worth the same at every height. Some score nothing on the board and only start paying once they're off it — you may still place them flat for zero if it suits you.</w:t>
      </w:r>
    </w:p>
    <w:p w14:paraId="24D6359D" w14:textId="77777777" w:rsidR="00CC42A8" w:rsidRDefault="00BB0126">
      <w:r>
        <w:t>Others climb steeply, and are worth several times more at the top of a pile than at the bottom. Those are the ones worth the risk.</w:t>
      </w:r>
    </w:p>
    <w:p w14:paraId="48D3974F" w14:textId="77777777" w:rsidR="00CC42A8" w:rsidRDefault="00BB0126">
      <w:pPr>
        <w:pStyle w:val="Heading2"/>
      </w:pPr>
      <w:r>
        <w:t>Keeping score as you go</w:t>
      </w:r>
    </w:p>
    <w:p w14:paraId="78609247" w14:textId="77777777" w:rsidR="00CC42A8" w:rsidRDefault="00BB0126">
      <w:r>
        <w:t>Place each scored card in front of you, turned so the color you earned sits along the top edge. The number reads the right way up.</w:t>
      </w:r>
    </w:p>
    <w:p w14:paraId="2BD8B32B" w14:textId="77777777" w:rsidR="00CC42A8" w:rsidRDefault="00BB0126">
      <w:r>
        <w:t>Place each new scored card on top of the last, slid down so only the colored band of the earlier card still shows above it. Your cards build a vertical fan of colored strips, and your score is the column of numbers running down it.</w:t>
      </w:r>
    </w:p>
    <w:p w14:paraId="335E3863" w14:textId="77777777" w:rsidR="00CC42A8" w:rsidRDefault="00BB0126">
      <w:r>
        <w:t>Cards from knocked-off attempts build a second fan beside the first, laid out the same way and turned to the level you announced. That fan counts against you.</w:t>
      </w:r>
    </w:p>
    <w:p w14:paraId="40A5F78B" w14:textId="77777777" w:rsidR="00CC42A8" w:rsidRDefault="00BB0126">
      <w:pPr>
        <w:pStyle w:val="Heading3"/>
      </w:pPr>
      <w:r>
        <w:t>Example</w:t>
      </w:r>
    </w:p>
    <w:p w14:paraId="3A167792" w14:textId="77777777" w:rsidR="00CC42A8" w:rsidRDefault="00BB0126">
      <w:r>
        <w:t>Over one game you score three pieces and knock a pile over once. Here are your two fans at the end, and how each card got there.</w:t>
      </w:r>
    </w:p>
    <w:tbl>
      <w:tblPr>
        <w:tblStyle w:val="TableGrid"/>
        <w:tblW w:w="0" w:type="auto"/>
        <w:tblLook w:val="04A0" w:firstRow="1" w:lastRow="0" w:firstColumn="1" w:lastColumn="0" w:noHBand="0" w:noVBand="1"/>
      </w:tblPr>
      <w:tblGrid>
        <w:gridCol w:w="2880"/>
        <w:gridCol w:w="2880"/>
        <w:gridCol w:w="2880"/>
      </w:tblGrid>
      <w:tr w:rsidR="00CC42A8" w14:paraId="43D049D8" w14:textId="77777777">
        <w:tc>
          <w:tcPr>
            <w:tcW w:w="2880" w:type="dxa"/>
          </w:tcPr>
          <w:p w14:paraId="1A9E56A0" w14:textId="77777777" w:rsidR="00CC42A8" w:rsidRDefault="00BB0126">
            <w:r>
              <w:t>Piece, and where it went</w:t>
            </w:r>
          </w:p>
        </w:tc>
        <w:tc>
          <w:tcPr>
            <w:tcW w:w="2880" w:type="dxa"/>
          </w:tcPr>
          <w:p w14:paraId="476E00CE" w14:textId="77777777" w:rsidR="00CC42A8" w:rsidRDefault="00BB0126">
            <w:r>
              <w:t>Edge</w:t>
            </w:r>
          </w:p>
        </w:tc>
        <w:tc>
          <w:tcPr>
            <w:tcW w:w="2880" w:type="dxa"/>
          </w:tcPr>
          <w:p w14:paraId="6221C004" w14:textId="77777777" w:rsidR="00CC42A8" w:rsidRDefault="00BB0126">
            <w:r>
              <w:t>Points</w:t>
            </w:r>
          </w:p>
        </w:tc>
      </w:tr>
      <w:tr w:rsidR="00CC42A8" w14:paraId="23EE95FF" w14:textId="77777777">
        <w:tc>
          <w:tcPr>
            <w:tcW w:w="2880" w:type="dxa"/>
          </w:tcPr>
          <w:p w14:paraId="28ADCEFE" w14:textId="30BEC6DF" w:rsidR="00CC42A8" w:rsidRDefault="00BB0126">
            <w:r>
              <w:t>Knight — Straight onto the board</w:t>
            </w:r>
          </w:p>
        </w:tc>
        <w:tc>
          <w:tcPr>
            <w:tcW w:w="2880" w:type="dxa"/>
          </w:tcPr>
          <w:p w14:paraId="2EEAB2DA" w14:textId="77777777" w:rsidR="00CC42A8" w:rsidRDefault="00BB0126">
            <w:r>
              <w:t>Blue</w:t>
            </w:r>
          </w:p>
        </w:tc>
        <w:tc>
          <w:tcPr>
            <w:tcW w:w="2880" w:type="dxa"/>
          </w:tcPr>
          <w:p w14:paraId="7CDC2118" w14:textId="77777777" w:rsidR="00CC42A8" w:rsidRDefault="00BB0126">
            <w:r>
              <w:t>2</w:t>
            </w:r>
          </w:p>
        </w:tc>
      </w:tr>
      <w:tr w:rsidR="00CC42A8" w14:paraId="4E8F7FBD" w14:textId="77777777">
        <w:tc>
          <w:tcPr>
            <w:tcW w:w="2880" w:type="dxa"/>
          </w:tcPr>
          <w:p w14:paraId="12FD3048" w14:textId="77777777" w:rsidR="00CC42A8" w:rsidRDefault="00BB0126">
            <w:r>
              <w:t>Coffee Mug — On top of one piece</w:t>
            </w:r>
          </w:p>
        </w:tc>
        <w:tc>
          <w:tcPr>
            <w:tcW w:w="2880" w:type="dxa"/>
          </w:tcPr>
          <w:p w14:paraId="1631E910" w14:textId="77777777" w:rsidR="00CC42A8" w:rsidRDefault="00BB0126">
            <w:r>
              <w:t>Green</w:t>
            </w:r>
          </w:p>
        </w:tc>
        <w:tc>
          <w:tcPr>
            <w:tcW w:w="2880" w:type="dxa"/>
          </w:tcPr>
          <w:p w14:paraId="13C6D96A" w14:textId="77777777" w:rsidR="00CC42A8" w:rsidRDefault="00BB0126">
            <w:r>
              <w:t>1</w:t>
            </w:r>
          </w:p>
        </w:tc>
      </w:tr>
      <w:tr w:rsidR="00CC42A8" w14:paraId="2104D376" w14:textId="77777777">
        <w:tc>
          <w:tcPr>
            <w:tcW w:w="2880" w:type="dxa"/>
          </w:tcPr>
          <w:p w14:paraId="72245365" w14:textId="77777777" w:rsidR="00CC42A8" w:rsidRDefault="00BB0126">
            <w:r>
              <w:t>Huge Baby — On top of a stack of two</w:t>
            </w:r>
          </w:p>
        </w:tc>
        <w:tc>
          <w:tcPr>
            <w:tcW w:w="2880" w:type="dxa"/>
          </w:tcPr>
          <w:p w14:paraId="76A02C72" w14:textId="77777777" w:rsidR="00CC42A8" w:rsidRDefault="00BB0126">
            <w:r>
              <w:t>Orange</w:t>
            </w:r>
          </w:p>
        </w:tc>
        <w:tc>
          <w:tcPr>
            <w:tcW w:w="2880" w:type="dxa"/>
          </w:tcPr>
          <w:p w14:paraId="79D5FAD6" w14:textId="77777777" w:rsidR="00CC42A8" w:rsidRDefault="00BB0126">
            <w:r>
              <w:t>9</w:t>
            </w:r>
          </w:p>
        </w:tc>
      </w:tr>
      <w:tr w:rsidR="00CC42A8" w14:paraId="055C004C" w14:textId="77777777">
        <w:tc>
          <w:tcPr>
            <w:tcW w:w="2880" w:type="dxa"/>
          </w:tcPr>
          <w:p w14:paraId="5131291D" w14:textId="77777777" w:rsidR="00CC42A8" w:rsidRDefault="00BB0126">
            <w:r>
              <w:t>Adventurer — Announced orange, then brought the stack down</w:t>
            </w:r>
          </w:p>
        </w:tc>
        <w:tc>
          <w:tcPr>
            <w:tcW w:w="2880" w:type="dxa"/>
          </w:tcPr>
          <w:p w14:paraId="66030FCE" w14:textId="77777777" w:rsidR="00CC42A8" w:rsidRDefault="00BB0126">
            <w:r>
              <w:t>Orange</w:t>
            </w:r>
          </w:p>
        </w:tc>
        <w:tc>
          <w:tcPr>
            <w:tcW w:w="2880" w:type="dxa"/>
          </w:tcPr>
          <w:p w14:paraId="1E823C9C" w14:textId="2CB8F8A9" w:rsidR="00CC42A8" w:rsidRDefault="00BB0126">
            <w:r>
              <w:t>−3</w:t>
            </w:r>
          </w:p>
        </w:tc>
      </w:tr>
      <w:tr w:rsidR="00CC42A8" w14:paraId="1F387F0D" w14:textId="77777777">
        <w:tc>
          <w:tcPr>
            <w:tcW w:w="2880" w:type="dxa"/>
          </w:tcPr>
          <w:p w14:paraId="35840BFF" w14:textId="77777777" w:rsidR="00CC42A8" w:rsidRDefault="00BB0126">
            <w:r>
              <w:t>Total</w:t>
            </w:r>
          </w:p>
        </w:tc>
        <w:tc>
          <w:tcPr>
            <w:tcW w:w="2880" w:type="dxa"/>
          </w:tcPr>
          <w:p w14:paraId="464AB354" w14:textId="77777777" w:rsidR="00CC42A8" w:rsidRDefault="00BB0126">
            <w:r>
              <w:t>9</w:t>
            </w:r>
          </w:p>
        </w:tc>
        <w:tc>
          <w:tcPr>
            <w:tcW w:w="2880" w:type="dxa"/>
          </w:tcPr>
          <w:p w14:paraId="3ACE8105" w14:textId="77777777" w:rsidR="00CC42A8" w:rsidRDefault="00CC42A8"/>
        </w:tc>
      </w:tr>
    </w:tbl>
    <w:p w14:paraId="556ECE38" w14:textId="23E68F89" w:rsidR="00CC42A8" w:rsidRDefault="00BB0126">
      <w:r>
        <w:t>Read the numbers down the scored fan: 2 + 1 + 9 = 12. The Adventurer attempt counts against you, so the total is 12 − 3 = 9. Both fans are built the same way, each new card on top of the last.</w:t>
      </w:r>
    </w:p>
    <w:p w14:paraId="16EA128A" w14:textId="5F1D4805" w:rsidR="00CC42A8" w:rsidRDefault="00BB0126">
      <w:r>
        <w:t>The Coffee Mug would have scored 0 on the board; lifting it one piece earned 1. The Huge Baby earned 9 two pieces up — three times the 3 it scores on the board. Reaching that high is also what costs the most when it goes wrong: the Adventurer attempt at orange took 3 straight back off.</w:t>
      </w:r>
    </w:p>
    <w:p w14:paraId="2CD5E398" w14:textId="77777777" w:rsidR="00CC42A8" w:rsidRDefault="00BB0126">
      <w:pPr>
        <w:pStyle w:val="Heading2"/>
      </w:pPr>
      <w:r>
        <w:t>Ending the game</w:t>
      </w:r>
    </w:p>
    <w:p w14:paraId="2488FF2F" w14:textId="311A2C82" w:rsidR="00CC42A8" w:rsidRDefault="00BB0126">
      <w:r>
        <w:t xml:space="preserve">The game ends when </w:t>
      </w:r>
      <w:r w:rsidR="00EC4AF0">
        <w:t xml:space="preserve">the deck is empty and </w:t>
      </w:r>
      <w:r>
        <w:t>every player is out</w:t>
      </w:r>
      <w:r w:rsidR="00EC4AF0">
        <w:t xml:space="preserve"> of cards</w:t>
      </w:r>
      <w:r>
        <w:t>.</w:t>
      </w:r>
    </w:p>
    <w:p w14:paraId="36B2740F" w14:textId="77777777" w:rsidR="00CC42A8" w:rsidRDefault="00BB0126">
      <w:r>
        <w:t>Add up the numbers showing on your scored fan, then subtract the numbers showing on your penalty fan. Highest total wins.</w:t>
      </w:r>
    </w:p>
    <w:p w14:paraId="771B2FF3" w14:textId="77777777" w:rsidR="00CC42A8" w:rsidRDefault="00BB0126">
      <w:r>
        <w:lastRenderedPageBreak/>
        <w:t>If two players tie, the win goes to whoever scored the single highest-value card. Still tied, it goes to whoever placed the most pieces. Still tied after that, the players share the win.</w:t>
      </w:r>
    </w:p>
    <w:p w14:paraId="690B6893" w14:textId="77777777" w:rsidR="00CC42A8" w:rsidRDefault="00BB0126">
      <w:pPr>
        <w:pStyle w:val="Heading2"/>
      </w:pPr>
      <w:r>
        <w:t>Playing a longer game</w:t>
      </w:r>
    </w:p>
    <w:p w14:paraId="75B7AD6F" w14:textId="77777777" w:rsidR="00CC42A8" w:rsidRDefault="00BB0126">
      <w:r>
        <w:t>Agree on a target score before you start — 40 is a good first try. Play a full game as normal, but instead of declaring a winner, everyone keeps their total as a running score. Clear the board, return all components to the supply, reshuffle the cards and deal again.</w:t>
      </w:r>
    </w:p>
    <w:p w14:paraId="228579F5" w14:textId="77777777" w:rsidR="00CC42A8" w:rsidRDefault="00BB0126">
      <w:r>
        <w:t>Play further games until at least one player has passed the target. Once a game ends with someone over it, the highest running total wins.</w:t>
      </w:r>
    </w:p>
    <w:sectPr w:rsidR="00CC42A8" w:rsidSect="00034616">
      <w:footerReference w:type="default" r:id="rId8"/>
      <w:footerReference w:type="firs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B84E0" w14:textId="77777777" w:rsidR="009D61E2" w:rsidRDefault="009D61E2">
      <w:pPr>
        <w:spacing w:after="0" w:line="240" w:lineRule="auto"/>
      </w:pPr>
      <w:r>
        <w:separator/>
      </w:r>
    </w:p>
  </w:endnote>
  <w:endnote w:type="continuationSeparator" w:id="0">
    <w:p w14:paraId="64605044" w14:textId="77777777" w:rsidR="009D61E2" w:rsidRDefault="009D6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3F75E" w14:textId="65965FD0" w:rsidR="00CC42A8" w:rsidRDefault="00BB0126">
    <w:pPr>
      <w:pStyle w:val="Footer"/>
      <w:jc w:val="center"/>
    </w:pPr>
    <w:r>
      <w:rPr>
        <w:color w:val="6B736E"/>
        <w:sz w:val="18"/>
      </w:rPr>
      <w:fldChar w:fldCharType="begin"/>
    </w:r>
    <w:r>
      <w:rPr>
        <w:color w:val="6B736E"/>
        <w:sz w:val="18"/>
      </w:rPr>
      <w:instrText>PAGE</w:instrText>
    </w:r>
    <w:r>
      <w:rPr>
        <w:color w:val="6B736E"/>
        <w:sz w:val="18"/>
      </w:rPr>
      <w:fldChar w:fldCharType="separate"/>
    </w:r>
    <w:r w:rsidR="00B462B7">
      <w:rPr>
        <w:noProof/>
        <w:color w:val="6B736E"/>
        <w:sz w:val="18"/>
      </w:rPr>
      <w:t>2</w:t>
    </w:r>
    <w:r>
      <w:rPr>
        <w:color w:val="6B736E"/>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48226" w14:textId="77777777" w:rsidR="00CC42A8" w:rsidRDefault="00CC42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652A2" w14:textId="77777777" w:rsidR="009D61E2" w:rsidRDefault="009D61E2">
      <w:pPr>
        <w:spacing w:after="0" w:line="240" w:lineRule="auto"/>
      </w:pPr>
      <w:r>
        <w:separator/>
      </w:r>
    </w:p>
  </w:footnote>
  <w:footnote w:type="continuationSeparator" w:id="0">
    <w:p w14:paraId="647453D2" w14:textId="77777777" w:rsidR="009D61E2" w:rsidRDefault="009D61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1724545">
    <w:abstractNumId w:val="8"/>
  </w:num>
  <w:num w:numId="2" w16cid:durableId="1008287578">
    <w:abstractNumId w:val="6"/>
  </w:num>
  <w:num w:numId="3" w16cid:durableId="1483348163">
    <w:abstractNumId w:val="5"/>
  </w:num>
  <w:num w:numId="4" w16cid:durableId="39398502">
    <w:abstractNumId w:val="4"/>
  </w:num>
  <w:num w:numId="5" w16cid:durableId="1416704605">
    <w:abstractNumId w:val="7"/>
  </w:num>
  <w:num w:numId="6" w16cid:durableId="1464956109">
    <w:abstractNumId w:val="3"/>
  </w:num>
  <w:num w:numId="7" w16cid:durableId="74937572">
    <w:abstractNumId w:val="2"/>
  </w:num>
  <w:num w:numId="8" w16cid:durableId="1021395916">
    <w:abstractNumId w:val="1"/>
  </w:num>
  <w:num w:numId="9" w16cid:durableId="849180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41408"/>
    <w:rsid w:val="007A5C3E"/>
    <w:rsid w:val="007E063E"/>
    <w:rsid w:val="00922448"/>
    <w:rsid w:val="00980E61"/>
    <w:rsid w:val="009D61E2"/>
    <w:rsid w:val="00AA1D8D"/>
    <w:rsid w:val="00AD5D4B"/>
    <w:rsid w:val="00B462B7"/>
    <w:rsid w:val="00B47730"/>
    <w:rsid w:val="00BB0126"/>
    <w:rsid w:val="00CB0664"/>
    <w:rsid w:val="00CC42A8"/>
    <w:rsid w:val="00D06CFE"/>
    <w:rsid w:val="00EC4AF0"/>
    <w:rsid w:val="00F107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27E4883-73CD-4D28-BD52-ABE4C4EF0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971</Words>
  <Characters>5536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Prime</cp:lastModifiedBy>
  <cp:revision>9</cp:revision>
  <dcterms:created xsi:type="dcterms:W3CDTF">2013-12-23T23:15:00Z</dcterms:created>
  <dcterms:modified xsi:type="dcterms:W3CDTF">2026-10-14T21:16:00Z</dcterms:modified>
  <cp:category/>
</cp:coreProperties>
</file>